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10F1" w14:textId="6F946C03" w:rsidR="00216530" w:rsidRPr="00D77228" w:rsidRDefault="003F2FD9">
      <w:pPr>
        <w:pStyle w:val="berschrift2"/>
        <w:rPr>
          <w:rFonts w:cstheme="majorHAnsi"/>
          <w:lang w:val="de-DE"/>
        </w:rPr>
      </w:pPr>
      <w:r w:rsidRPr="00D77228">
        <w:rPr>
          <w:rFonts w:cstheme="majorHAnsi"/>
          <w:lang w:val="de-DE"/>
        </w:rPr>
        <w:t>Kundenseitige Störungsmeldung</w:t>
      </w:r>
    </w:p>
    <w:p w14:paraId="3FA8C24C" w14:textId="499E2AAD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Kunde / Standort: </w:t>
      </w:r>
      <w:r w:rsidR="00D77228">
        <w:rPr>
          <w:rFonts w:asciiTheme="majorHAnsi" w:hAnsiTheme="majorHAnsi" w:cstheme="majorHAnsi"/>
          <w:lang w:val="de-DE"/>
        </w:rPr>
        <w:tab/>
      </w:r>
      <w:r w:rsidRPr="00D77228">
        <w:rPr>
          <w:rFonts w:asciiTheme="majorHAnsi" w:hAnsiTheme="majorHAnsi" w:cstheme="majorHAnsi"/>
          <w:lang w:val="de-DE"/>
        </w:rPr>
        <w:t>______________________________</w:t>
      </w:r>
      <w:r w:rsidR="002A74DE">
        <w:rPr>
          <w:rFonts w:asciiTheme="majorHAnsi" w:hAnsiTheme="majorHAnsi" w:cstheme="majorHAnsi"/>
          <w:lang w:val="de-DE"/>
        </w:rPr>
        <w:tab/>
        <w:t>Datum:</w:t>
      </w:r>
      <w:r w:rsidR="002A74DE">
        <w:rPr>
          <w:rFonts w:asciiTheme="majorHAnsi" w:hAnsiTheme="majorHAnsi" w:cstheme="majorHAnsi"/>
          <w:lang w:val="de-DE"/>
        </w:rPr>
        <w:tab/>
      </w:r>
      <w:r w:rsidR="002A74DE">
        <w:rPr>
          <w:rFonts w:asciiTheme="majorHAnsi" w:hAnsiTheme="majorHAnsi" w:cstheme="majorHAnsi"/>
          <w:lang w:val="de-DE"/>
        </w:rPr>
        <w:tab/>
      </w:r>
      <w:r w:rsidR="002A74DE" w:rsidRPr="00D77228">
        <w:rPr>
          <w:rFonts w:asciiTheme="majorHAnsi" w:hAnsiTheme="majorHAnsi" w:cstheme="majorHAnsi"/>
          <w:lang w:val="de-DE"/>
        </w:rPr>
        <w:t>__________</w:t>
      </w:r>
    </w:p>
    <w:p w14:paraId="4832A1CB" w14:textId="52EB09F5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Ansprechpartner: </w:t>
      </w:r>
      <w:r w:rsidR="00D77228">
        <w:rPr>
          <w:rFonts w:asciiTheme="majorHAnsi" w:hAnsiTheme="majorHAnsi" w:cstheme="majorHAnsi"/>
          <w:lang w:val="de-DE"/>
        </w:rPr>
        <w:tab/>
      </w:r>
      <w:r w:rsidRPr="00D77228">
        <w:rPr>
          <w:rFonts w:asciiTheme="majorHAnsi" w:hAnsiTheme="majorHAnsi" w:cstheme="majorHAnsi"/>
          <w:lang w:val="de-DE"/>
        </w:rPr>
        <w:t>__________</w:t>
      </w:r>
      <w:r w:rsidR="00D77228">
        <w:rPr>
          <w:rFonts w:asciiTheme="majorHAnsi" w:hAnsiTheme="majorHAnsi" w:cstheme="majorHAnsi"/>
          <w:lang w:val="de-DE"/>
        </w:rPr>
        <w:t xml:space="preserve"> </w:t>
      </w:r>
      <w:r w:rsidR="00D77228">
        <w:rPr>
          <w:rFonts w:asciiTheme="majorHAnsi" w:hAnsiTheme="majorHAnsi" w:cstheme="majorHAnsi"/>
          <w:lang w:val="de-DE"/>
        </w:rPr>
        <w:tab/>
      </w:r>
      <w:r w:rsidR="00D77228" w:rsidRPr="00D77228">
        <w:rPr>
          <w:rFonts w:asciiTheme="majorHAnsi" w:hAnsiTheme="majorHAnsi" w:cstheme="majorHAnsi"/>
          <w:lang w:val="de-DE"/>
        </w:rPr>
        <w:t>Telefon</w:t>
      </w:r>
      <w:r w:rsidR="00D77228">
        <w:rPr>
          <w:rFonts w:asciiTheme="majorHAnsi" w:hAnsiTheme="majorHAnsi" w:cstheme="majorHAnsi"/>
          <w:lang w:val="de-DE"/>
        </w:rPr>
        <w:t>:</w:t>
      </w:r>
      <w:r w:rsidR="002A74DE">
        <w:rPr>
          <w:rFonts w:asciiTheme="majorHAnsi" w:hAnsiTheme="majorHAnsi" w:cstheme="majorHAnsi"/>
          <w:lang w:val="de-DE"/>
        </w:rPr>
        <w:t xml:space="preserve"> </w:t>
      </w:r>
      <w:r w:rsidR="00D77228" w:rsidRPr="00D77228">
        <w:rPr>
          <w:rFonts w:asciiTheme="majorHAnsi" w:hAnsiTheme="majorHAnsi" w:cstheme="majorHAnsi"/>
          <w:lang w:val="de-DE"/>
        </w:rPr>
        <w:t>__________</w:t>
      </w:r>
      <w:r w:rsidR="00D77228">
        <w:rPr>
          <w:rFonts w:asciiTheme="majorHAnsi" w:hAnsiTheme="majorHAnsi" w:cstheme="majorHAnsi"/>
          <w:lang w:val="de-DE"/>
        </w:rPr>
        <w:t xml:space="preserve"> </w:t>
      </w:r>
      <w:r w:rsidR="00D77228">
        <w:rPr>
          <w:rFonts w:asciiTheme="majorHAnsi" w:hAnsiTheme="majorHAnsi" w:cstheme="majorHAnsi"/>
          <w:lang w:val="de-DE"/>
        </w:rPr>
        <w:tab/>
      </w:r>
      <w:r w:rsidR="00D77228" w:rsidRPr="00D77228">
        <w:rPr>
          <w:rFonts w:asciiTheme="majorHAnsi" w:hAnsiTheme="majorHAnsi" w:cstheme="majorHAnsi"/>
          <w:lang w:val="de-DE"/>
        </w:rPr>
        <w:t>E-Mail:</w:t>
      </w:r>
      <w:r w:rsidR="00D77228">
        <w:rPr>
          <w:rFonts w:asciiTheme="majorHAnsi" w:hAnsiTheme="majorHAnsi" w:cstheme="majorHAnsi"/>
          <w:lang w:val="de-DE"/>
        </w:rPr>
        <w:tab/>
      </w:r>
      <w:r w:rsidR="002A74DE">
        <w:rPr>
          <w:rFonts w:asciiTheme="majorHAnsi" w:hAnsiTheme="majorHAnsi" w:cstheme="majorHAnsi"/>
          <w:lang w:val="de-DE"/>
        </w:rPr>
        <w:tab/>
      </w:r>
      <w:r w:rsidR="00D77228" w:rsidRPr="00D77228">
        <w:rPr>
          <w:rFonts w:asciiTheme="majorHAnsi" w:hAnsiTheme="majorHAnsi" w:cstheme="majorHAnsi"/>
          <w:lang w:val="de-DE"/>
        </w:rPr>
        <w:t>__________</w:t>
      </w:r>
    </w:p>
    <w:p w14:paraId="6DD836F1" w14:textId="4571EA30" w:rsidR="00216530" w:rsidRPr="00D77228" w:rsidRDefault="003F2FD9" w:rsidP="002A74DE">
      <w:pPr>
        <w:jc w:val="both"/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Maschine</w:t>
      </w:r>
      <w:r w:rsidR="00D77228">
        <w:rPr>
          <w:rFonts w:asciiTheme="majorHAnsi" w:hAnsiTheme="majorHAnsi" w:cstheme="majorHAnsi"/>
          <w:lang w:val="de-DE"/>
        </w:rPr>
        <w:t>:</w:t>
      </w:r>
      <w:r w:rsidR="00D77228">
        <w:rPr>
          <w:rFonts w:asciiTheme="majorHAnsi" w:hAnsiTheme="majorHAnsi" w:cstheme="majorHAnsi"/>
          <w:lang w:val="de-DE"/>
        </w:rPr>
        <w:tab/>
      </w:r>
      <w:r w:rsidR="00D77228">
        <w:rPr>
          <w:rFonts w:asciiTheme="majorHAnsi" w:hAnsiTheme="majorHAnsi" w:cstheme="majorHAnsi"/>
          <w:lang w:val="de-DE"/>
        </w:rPr>
        <w:tab/>
      </w:r>
      <w:r w:rsidR="002A74DE" w:rsidRPr="00D77228">
        <w:rPr>
          <w:rFonts w:asciiTheme="majorHAnsi" w:hAnsiTheme="majorHAnsi" w:cstheme="majorHAnsi"/>
          <w:lang w:val="de-DE"/>
        </w:rPr>
        <w:t>__________</w:t>
      </w:r>
      <w:r w:rsidR="002A74DE">
        <w:rPr>
          <w:rFonts w:asciiTheme="majorHAnsi" w:hAnsiTheme="majorHAnsi" w:cstheme="majorHAnsi"/>
          <w:lang w:val="de-DE"/>
        </w:rPr>
        <w:tab/>
        <w:t>S/N.:</w:t>
      </w:r>
      <w:r w:rsidR="002A74DE">
        <w:rPr>
          <w:rFonts w:asciiTheme="majorHAnsi" w:hAnsiTheme="majorHAnsi" w:cstheme="majorHAnsi"/>
          <w:lang w:val="de-DE"/>
        </w:rPr>
        <w:tab/>
      </w:r>
      <w:r w:rsidR="002A74DE" w:rsidRPr="00D77228">
        <w:rPr>
          <w:rFonts w:asciiTheme="majorHAnsi" w:hAnsiTheme="majorHAnsi" w:cstheme="majorHAnsi"/>
          <w:lang w:val="de-DE"/>
        </w:rPr>
        <w:t>________</w:t>
      </w:r>
      <w:r w:rsidR="002A74DE">
        <w:rPr>
          <w:rFonts w:asciiTheme="majorHAnsi" w:hAnsiTheme="majorHAnsi" w:cstheme="majorHAnsi"/>
          <w:lang w:val="de-DE"/>
        </w:rPr>
        <w:t>__</w:t>
      </w:r>
      <w:r w:rsidR="002A74DE" w:rsidRPr="00D77228">
        <w:rPr>
          <w:rFonts w:asciiTheme="majorHAnsi" w:hAnsiTheme="majorHAnsi" w:cstheme="majorHAnsi"/>
          <w:lang w:val="de-DE"/>
        </w:rPr>
        <w:t>_</w:t>
      </w:r>
      <w:r w:rsidR="002A74DE">
        <w:rPr>
          <w:rFonts w:asciiTheme="majorHAnsi" w:hAnsiTheme="majorHAnsi" w:cstheme="majorHAnsi"/>
          <w:lang w:val="de-DE"/>
        </w:rPr>
        <w:t xml:space="preserve"> </w:t>
      </w:r>
      <w:r w:rsidR="002A74DE">
        <w:rPr>
          <w:rFonts w:asciiTheme="majorHAnsi" w:hAnsiTheme="majorHAnsi" w:cstheme="majorHAnsi"/>
          <w:lang w:val="de-DE"/>
        </w:rPr>
        <w:tab/>
      </w:r>
      <w:r w:rsidR="002A74DE" w:rsidRPr="00D77228">
        <w:rPr>
          <w:rFonts w:asciiTheme="majorHAnsi" w:hAnsiTheme="majorHAnsi" w:cstheme="majorHAnsi"/>
          <w:lang w:val="de-DE"/>
        </w:rPr>
        <w:t>Baujahr:</w:t>
      </w:r>
      <w:r w:rsidR="002A74DE">
        <w:rPr>
          <w:rFonts w:asciiTheme="majorHAnsi" w:hAnsiTheme="majorHAnsi" w:cstheme="majorHAnsi"/>
          <w:lang w:val="de-DE"/>
        </w:rPr>
        <w:tab/>
      </w:r>
      <w:r w:rsidR="002A74DE" w:rsidRPr="00D77228">
        <w:rPr>
          <w:rFonts w:asciiTheme="majorHAnsi" w:hAnsiTheme="majorHAnsi" w:cstheme="majorHAnsi"/>
          <w:lang w:val="de-DE"/>
        </w:rPr>
        <w:t>__________</w:t>
      </w:r>
    </w:p>
    <w:p w14:paraId="1AC0B683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Kurzbeschreibung der Störung:</w:t>
      </w:r>
    </w:p>
    <w:p w14:paraId="78294BF8" w14:textId="77777777" w:rsidR="00D77228" w:rsidRDefault="00D77228" w:rsidP="00D77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lang w:val="de-DE"/>
        </w:rPr>
      </w:pPr>
    </w:p>
    <w:p w14:paraId="436A9B2E" w14:textId="77777777" w:rsidR="00D77228" w:rsidRDefault="00D77228" w:rsidP="00D77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lang w:val="de-DE"/>
        </w:rPr>
      </w:pPr>
    </w:p>
    <w:p w14:paraId="54865FEF" w14:textId="3312ED60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2A74DE">
        <w:rPr>
          <w:rFonts w:asciiTheme="majorHAnsi" w:hAnsiTheme="majorHAnsi" w:cstheme="majorHAnsi"/>
          <w:b/>
          <w:bCs/>
          <w:lang w:val="de-DE"/>
        </w:rPr>
        <w:t>Anlagenstillstand:</w:t>
      </w:r>
      <w:r w:rsidRPr="00D77228">
        <w:rPr>
          <w:rFonts w:asciiTheme="majorHAnsi" w:hAnsiTheme="majorHAnsi" w:cstheme="majorHAnsi"/>
          <w:lang w:val="de-DE"/>
        </w:rPr>
        <w:t xml:space="preserve">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Ja </w:t>
      </w:r>
      <w:r w:rsidRPr="002A74DE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Nein</w:t>
      </w:r>
    </w:p>
    <w:p w14:paraId="421B2A11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Betriebsart beim Auftreten: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Automatik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Handbetrieb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Einrichtbetrieb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Sonstige</w:t>
      </w:r>
    </w:p>
    <w:p w14:paraId="2729AAA4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Fehler reproduzierbar: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Ja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Nein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</w:t>
      </w:r>
      <w:proofErr w:type="gramStart"/>
      <w:r w:rsidRPr="00D77228">
        <w:rPr>
          <w:rFonts w:asciiTheme="majorHAnsi" w:hAnsiTheme="majorHAnsi" w:cstheme="majorHAnsi"/>
          <w:lang w:val="de-DE"/>
        </w:rPr>
        <w:t>Sporadisch</w:t>
      </w:r>
      <w:proofErr w:type="gramEnd"/>
    </w:p>
    <w:p w14:paraId="04840E9A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Wenn reproduzierbar: Bedingungen / Intervalle beschreiben:</w:t>
      </w:r>
    </w:p>
    <w:p w14:paraId="7778F399" w14:textId="77777777" w:rsidR="00D77228" w:rsidRDefault="00D77228" w:rsidP="00D77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lang w:val="de-DE"/>
        </w:rPr>
      </w:pPr>
    </w:p>
    <w:p w14:paraId="43FB9AC6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Letzte Änderungen vor Auftreten der Störung: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Mechanik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Elektrik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Software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Parameter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Baugruppen</w:t>
      </w:r>
    </w:p>
    <w:p w14:paraId="266D87E1" w14:textId="682441C5" w:rsidR="00216530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Beschreibung der Änderungen: </w:t>
      </w:r>
    </w:p>
    <w:p w14:paraId="0B00751A" w14:textId="77777777" w:rsidR="00D77228" w:rsidRDefault="00D77228" w:rsidP="00D77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lang w:val="de-DE"/>
        </w:rPr>
      </w:pPr>
    </w:p>
    <w:p w14:paraId="5302966F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Detaillierte Fehlermeldung / SPS-Fehlercode:</w:t>
      </w:r>
    </w:p>
    <w:p w14:paraId="09DD91B7" w14:textId="77777777" w:rsidR="00D77228" w:rsidRDefault="00D77228" w:rsidP="00D77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lang w:val="de-DE"/>
        </w:rPr>
      </w:pPr>
    </w:p>
    <w:p w14:paraId="5458D60B" w14:textId="77777777" w:rsidR="00216530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Bereits durchgeführte Maßnahmen:</w:t>
      </w:r>
    </w:p>
    <w:p w14:paraId="5C4E68D4" w14:textId="77777777" w:rsidR="002A74DE" w:rsidRDefault="002A74DE" w:rsidP="002A74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lang w:val="de-DE"/>
        </w:rPr>
      </w:pPr>
    </w:p>
    <w:p w14:paraId="0F70B346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Anhänge vorhanden: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HMI-Screenshot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Alarmhistorie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Fotos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Videos</w:t>
      </w:r>
    </w:p>
    <w:p w14:paraId="719A2BC4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Produktionsauswirkung: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Keine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</w:t>
      </w:r>
      <w:proofErr w:type="gramStart"/>
      <w:r w:rsidRPr="00D77228">
        <w:rPr>
          <w:rFonts w:asciiTheme="majorHAnsi" w:hAnsiTheme="majorHAnsi" w:cstheme="majorHAnsi"/>
          <w:lang w:val="de-DE"/>
        </w:rPr>
        <w:t>Eingeschr</w:t>
      </w:r>
      <w:r w:rsidRPr="00D77228">
        <w:rPr>
          <w:rFonts w:ascii="Calibri" w:hAnsi="Calibri" w:cs="Calibri"/>
          <w:lang w:val="de-DE"/>
        </w:rPr>
        <w:t>ä</w:t>
      </w:r>
      <w:r w:rsidRPr="00D77228">
        <w:rPr>
          <w:rFonts w:asciiTheme="majorHAnsi" w:hAnsiTheme="majorHAnsi" w:cstheme="majorHAnsi"/>
          <w:lang w:val="de-DE"/>
        </w:rPr>
        <w:t>nkt</w:t>
      </w:r>
      <w:proofErr w:type="gramEnd"/>
      <w:r w:rsidRPr="00D77228">
        <w:rPr>
          <w:rFonts w:asciiTheme="majorHAnsi" w:hAnsiTheme="majorHAnsi" w:cstheme="majorHAnsi"/>
          <w:lang w:val="de-DE"/>
        </w:rPr>
        <w:t xml:space="preserve">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Anlagenstillstand</w:t>
      </w:r>
    </w:p>
    <w:p w14:paraId="428DE5E7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Dringlichkeit: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Hoch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Mittel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</w:t>
      </w:r>
      <w:proofErr w:type="gramStart"/>
      <w:r w:rsidRPr="00D77228">
        <w:rPr>
          <w:rFonts w:asciiTheme="majorHAnsi" w:hAnsiTheme="majorHAnsi" w:cstheme="majorHAnsi"/>
          <w:lang w:val="de-DE"/>
        </w:rPr>
        <w:t>Niedrig</w:t>
      </w:r>
      <w:proofErr w:type="gramEnd"/>
    </w:p>
    <w:p w14:paraId="58B9B7BE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Fernwartung möglich: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Ja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Nein</w:t>
      </w:r>
    </w:p>
    <w:p w14:paraId="67CAD248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Tool: __________ Ansprechpartner: __________</w:t>
      </w:r>
    </w:p>
    <w:p w14:paraId="6AF20153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>Zugangsfenster: ______________________________</w:t>
      </w:r>
    </w:p>
    <w:p w14:paraId="6129BFF1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Verbindung bereits getestet: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Ja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Nein</w:t>
      </w:r>
    </w:p>
    <w:p w14:paraId="19B564E2" w14:textId="77777777" w:rsidR="00216530" w:rsidRPr="00D77228" w:rsidRDefault="003F2FD9">
      <w:pPr>
        <w:rPr>
          <w:rFonts w:asciiTheme="majorHAnsi" w:hAnsiTheme="majorHAnsi" w:cstheme="majorHAnsi"/>
          <w:lang w:val="de-DE"/>
        </w:rPr>
      </w:pPr>
      <w:r w:rsidRPr="00D77228">
        <w:rPr>
          <w:rFonts w:asciiTheme="majorHAnsi" w:hAnsiTheme="majorHAnsi" w:cstheme="majorHAnsi"/>
          <w:lang w:val="de-DE"/>
        </w:rPr>
        <w:t xml:space="preserve">Fernwartungs-Stresstest: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geplant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durchgef</w:t>
      </w:r>
      <w:r w:rsidRPr="00D77228">
        <w:rPr>
          <w:rFonts w:ascii="Calibri" w:hAnsi="Calibri" w:cs="Calibri"/>
          <w:lang w:val="de-DE"/>
        </w:rPr>
        <w:t>ü</w:t>
      </w:r>
      <w:r w:rsidRPr="00D77228">
        <w:rPr>
          <w:rFonts w:asciiTheme="majorHAnsi" w:hAnsiTheme="majorHAnsi" w:cstheme="majorHAnsi"/>
          <w:lang w:val="de-DE"/>
        </w:rPr>
        <w:t xml:space="preserve">hrt </w:t>
      </w:r>
      <w:r w:rsidRPr="00D77228">
        <w:rPr>
          <w:rFonts w:ascii="Segoe UI Symbol" w:hAnsi="Segoe UI Symbol" w:cs="Segoe UI Symbol"/>
          <w:lang w:val="de-DE"/>
        </w:rPr>
        <w:t>☐</w:t>
      </w:r>
      <w:r w:rsidRPr="00D77228">
        <w:rPr>
          <w:rFonts w:asciiTheme="majorHAnsi" w:hAnsiTheme="majorHAnsi" w:cstheme="majorHAnsi"/>
          <w:lang w:val="de-DE"/>
        </w:rPr>
        <w:t xml:space="preserve"> nicht erforderlich</w:t>
      </w:r>
    </w:p>
    <w:p w14:paraId="48D9088E" w14:textId="47F84740" w:rsidR="00216530" w:rsidRPr="009B5038" w:rsidRDefault="00216530">
      <w:pPr>
        <w:rPr>
          <w:rFonts w:asciiTheme="majorHAnsi" w:hAnsiTheme="majorHAnsi" w:cstheme="majorHAnsi"/>
          <w:lang w:val="de-DE"/>
        </w:rPr>
      </w:pPr>
    </w:p>
    <w:sectPr w:rsidR="00216530" w:rsidRPr="009B5038" w:rsidSect="002A74DE">
      <w:pgSz w:w="12240" w:h="15840"/>
      <w:pgMar w:top="284" w:right="1800" w:bottom="28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6130264">
    <w:abstractNumId w:val="8"/>
  </w:num>
  <w:num w:numId="2" w16cid:durableId="1608540818">
    <w:abstractNumId w:val="6"/>
  </w:num>
  <w:num w:numId="3" w16cid:durableId="1475485636">
    <w:abstractNumId w:val="5"/>
  </w:num>
  <w:num w:numId="4" w16cid:durableId="1313439102">
    <w:abstractNumId w:val="4"/>
  </w:num>
  <w:num w:numId="5" w16cid:durableId="521012772">
    <w:abstractNumId w:val="7"/>
  </w:num>
  <w:num w:numId="6" w16cid:durableId="907039500">
    <w:abstractNumId w:val="3"/>
  </w:num>
  <w:num w:numId="7" w16cid:durableId="1048338220">
    <w:abstractNumId w:val="2"/>
  </w:num>
  <w:num w:numId="8" w16cid:durableId="464084201">
    <w:abstractNumId w:val="1"/>
  </w:num>
  <w:num w:numId="9" w16cid:durableId="99295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6530"/>
    <w:rsid w:val="0029639D"/>
    <w:rsid w:val="002A74DE"/>
    <w:rsid w:val="00326F90"/>
    <w:rsid w:val="003F2FD9"/>
    <w:rsid w:val="009B5038"/>
    <w:rsid w:val="00AA1D8D"/>
    <w:rsid w:val="00B47730"/>
    <w:rsid w:val="00CB0664"/>
    <w:rsid w:val="00D77228"/>
    <w:rsid w:val="00DF637C"/>
    <w:rsid w:val="00F125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9547C"/>
  <w14:defaultImageDpi w14:val="300"/>
  <w15:docId w15:val="{7D8B77CE-91BE-4462-90D3-FFEC1B43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7228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Sebastian Lindenberg</cp:lastModifiedBy>
  <cp:revision>2</cp:revision>
  <dcterms:created xsi:type="dcterms:W3CDTF">2026-10-07T06:43:00Z</dcterms:created>
  <dcterms:modified xsi:type="dcterms:W3CDTF">2026-10-07T06:43:00Z</dcterms:modified>
  <cp:category/>
</cp:coreProperties>
</file>